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[Cidade/UF] · Telefone: [DDD e número]</w:t>
        <w:br w:type="textWrapping"/>
        <w:t xml:space="preserve">E-mail: [E-mail]</w:t>
      </w:r>
    </w:p>
    <w:p w:rsidR="00000000" w:rsidDel="00000000" w:rsidP="00000000" w:rsidRDefault="00000000" w:rsidRPr="00000000" w14:paraId="00000003">
      <w:pPr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br w:type="textWrapping"/>
        <w:t xml:space="preserve">OBJETIVO PROFISSIONAL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[Informe o cargo ou a área de interesse. Exemplo: Jovem aprendiz na área administrativa ou primeira oportunidade em atendimento.]</w:t>
      </w:r>
    </w:p>
    <w:p w:rsidR="00000000" w:rsidDel="00000000" w:rsidP="00000000" w:rsidRDefault="00000000" w:rsidRPr="00000000" w14:paraId="00000005">
      <w:pPr>
        <w:pStyle w:val="Heading1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FORMAÇÃO ACADÊMICA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Ensino médio - [Cursando ou concluído]</w:t>
        <w:br w:type="textWrapping"/>
        <w:t xml:space="preserve">[Nome da escola] - [Cidade/UF]</w:t>
        <w:br w:type="textWrapping"/>
        <w:t xml:space="preserve">[Previsão de conclusão: mês/ano ou conclusão: ano]</w:t>
        <w:br w:type="textWrapping"/>
        <w:t xml:space="preserve">[Turno de estudo, se estiver cursando]</w:t>
      </w:r>
    </w:p>
    <w:p w:rsidR="00000000" w:rsidDel="00000000" w:rsidP="00000000" w:rsidRDefault="00000000" w:rsidRPr="00000000" w14:paraId="0000000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CURSOS E CONHECIMENTOS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[Nome do curso] - [Instituição] - [Ano] - [Carga horária, se souber]</w:t>
        <w:br w:type="textWrapping"/>
        <w:t xml:space="preserve">[Nome de outro curso, se houver] - [Instituição] - [Ano]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[Ferramentas ou conhecimentos que realmente possui. Exemplo: edição de textos, planilhas básicas ou criação de apresentações.]</w:t>
      </w:r>
    </w:p>
    <w:p w:rsidR="00000000" w:rsidDel="00000000" w:rsidP="00000000" w:rsidRDefault="00000000" w:rsidRPr="00000000" w14:paraId="0000000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EXPERIÊNCIAS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[Nome da empresa ou local] - [Cargo ou atividade]</w:t>
        <w:br w:type="textWrapping"/>
        <w:t xml:space="preserve">[Mês/ano de início] a [Mês/ano de término ou atual]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[Conte uma atividade que você realizou.]</w:t>
        <w:br w:type="textWrapping"/>
        <w:t xml:space="preserve">• [Conte outra contribuição ou aprendizado, sem inventar resultados.]</w:t>
      </w:r>
    </w:p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sz w:val="25"/>
          <w:szCs w:val="25"/>
          <w:rtl w:val="0"/>
        </w:rPr>
        <w:t xml:space="preserve">PROJETOS ACADÊMICOS E VOLUNTÁRIOS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[Nome do projeto ou atividade] - [Escola, instituição ou comunidade] - [Ano]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[Explique sua participação, o que fez e o resultado ou aprendizado. Pode ser um trabalho escolar, voluntariado ou organização de um evento.]</w:t>
      </w:r>
    </w:p>
    <w:p w:rsidR="00000000" w:rsidDel="00000000" w:rsidP="00000000" w:rsidRDefault="00000000" w:rsidRPr="00000000" w14:paraId="00000010">
      <w:pPr>
        <w:pStyle w:val="Heading1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HABILIDADES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[Selecione duas ou três habilidades que consegue demonstrar com exemplos. Exemplo: organização de tarefas, colaboração em equipe ou comunicação com o público.]</w:t>
      </w:r>
    </w:p>
    <w:p w:rsidR="00000000" w:rsidDel="00000000" w:rsidP="00000000" w:rsidRDefault="00000000" w:rsidRPr="00000000" w14:paraId="00000012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INFORMAÇÕES COMPLEMENTARES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Disponibilidade: [Dias e horários compatíveis com os estudos]</w:t>
        <w:br w:type="textWrapping"/>
        <w:t xml:space="preserve">Idiomas: [Idioma e nível real de conhecimento, se houver]</w:t>
        <w:br w:type="textWrapping"/>
        <w:t xml:space="preserve">[Outras informações relevantes para a vaga. Exclua os campos que não se aplicam.]</w:t>
      </w:r>
    </w:p>
    <w:sectPr>
      <w:pgSz w:h="15840" w:w="12240" w:orient="portrait"/>
      <w:pgMar w:bottom="1008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rFonts w:ascii="Arial" w:cs="Arial" w:eastAsia="Arial" w:hAnsi="Arial"/>
      <w:b w:val="1"/>
      <w:bCs w:val="1"/>
      <w:color w:val="000000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2"/>
      <w:szCs w:val="4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uekWajwSEnKF8pCdRb3VqrTCew==">CgMxLjA4AHIhMTh2U2wxVjdUaDRrT0k2Y1ljdGFjVFZkR3NQaFlta1h4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</cp:coreProperties>
</file>